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120640" cy="768096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_book_cover_design_for_platinumlogiktm_s_ocular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20640" cy="768096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b/>
          <w:sz w:val="56"/>
        </w:rPr>
        <w:t>PlatinumLogik™ 7‑Day Ocular Health Jumpstart</w:t>
      </w:r>
    </w:p>
    <w:p>
      <w:pPr>
        <w:jc w:val="center"/>
      </w:pPr>
      <w:r>
        <w:rPr>
          <w:sz w:val="28"/>
        </w:rPr>
        <w:t>Foods + daily methods to support comfort, clarity, and brighter-looking eyes</w:t>
      </w:r>
    </w:p>
    <w:p>
      <w:r>
        <w:br w:type="page"/>
      </w:r>
    </w:p>
    <w:p>
      <w:r>
        <w:rPr>
          <w:b/>
          <w:sz w:val="36"/>
        </w:rPr>
        <w:t>The 3 Pillars (Do These Daily)</w:t>
      </w:r>
    </w:p>
    <w:p>
      <w:pPr>
        <w:pStyle w:val="ListBullet"/>
      </w:pPr>
      <w:r>
        <w:t>Greens: 2 cups leafy greens daily.</w:t>
      </w:r>
    </w:p>
    <w:p>
      <w:pPr>
        <w:pStyle w:val="ListBullet"/>
      </w:pPr>
      <w:r>
        <w:t>Healthy fat daily (olive oil/avocado/eggs/nuts) OR fatty fish 2–3x/week.</w:t>
      </w:r>
    </w:p>
    <w:p>
      <w:pPr>
        <w:pStyle w:val="ListBullet"/>
      </w:pPr>
      <w:r>
        <w:t>Hydration + full blinking during screen time.</w:t>
      </w:r>
    </w:p>
    <w:p>
      <w:r>
        <w:rPr>
          <w:b/>
          <w:sz w:val="36"/>
        </w:rPr>
        <w:t>7-Day Menu (Simple)</w:t>
      </w:r>
    </w:p>
    <w:p>
      <w:r>
        <w:rPr>
          <w:b/>
          <w:sz w:val="28"/>
        </w:rPr>
        <w:t>Day 1</w:t>
      </w:r>
    </w:p>
    <w:p>
      <w:pPr>
        <w:pStyle w:val="ListBullet"/>
      </w:pPr>
      <w:r>
        <w:t>Breakfast: Golden Egg &amp; Greens Skillet</w:t>
      </w:r>
    </w:p>
    <w:p>
      <w:pPr>
        <w:pStyle w:val="ListBullet"/>
      </w:pPr>
      <w:r>
        <w:t>Main Meal: Salmon Sheet-Pan with Broccoli &amp; Peppers</w:t>
      </w:r>
    </w:p>
    <w:p>
      <w:pPr>
        <w:pStyle w:val="ListBullet"/>
      </w:pPr>
      <w:r>
        <w:t>Snack/Dessert: Citrus-Kiwi Sparkler</w:t>
      </w:r>
    </w:p>
    <w:p>
      <w:r>
        <w:rPr>
          <w:b/>
          <w:sz w:val="28"/>
        </w:rPr>
        <w:t>Day 2</w:t>
      </w:r>
    </w:p>
    <w:p>
      <w:pPr>
        <w:pStyle w:val="ListBullet"/>
      </w:pPr>
      <w:r>
        <w:t>Breakfast: Berry-Citrus Chia Bowl</w:t>
      </w:r>
    </w:p>
    <w:p>
      <w:pPr>
        <w:pStyle w:val="ListBullet"/>
      </w:pPr>
      <w:r>
        <w:t>Main Meal: Mediterranean Lentil &amp; Spinach Stew</w:t>
      </w:r>
    </w:p>
    <w:p>
      <w:pPr>
        <w:pStyle w:val="ListBullet"/>
      </w:pPr>
      <w:r>
        <w:t>Snack/Dessert: Pistachio-Cacao Trail Mix</w:t>
      </w:r>
    </w:p>
    <w:p>
      <w:r>
        <w:rPr>
          <w:b/>
          <w:sz w:val="28"/>
        </w:rPr>
        <w:t>Day 3</w:t>
      </w:r>
    </w:p>
    <w:p>
      <w:pPr>
        <w:pStyle w:val="ListBullet"/>
      </w:pPr>
      <w:r>
        <w:t>Breakfast: Smoked Salmon Avocado Toast (Rye or Whole-Grain)</w:t>
      </w:r>
    </w:p>
    <w:p>
      <w:pPr>
        <w:pStyle w:val="ListBullet"/>
      </w:pPr>
      <w:r>
        <w:t>Main Meal: Sweet Potato + Black Bean Bowl (Citrus Slaw)</w:t>
      </w:r>
    </w:p>
    <w:p>
      <w:pPr>
        <w:pStyle w:val="ListBullet"/>
      </w:pPr>
      <w:r>
        <w:t>Snack/Dessert: Blueberry-Lemon Frozen Yogurt Bites</w:t>
      </w:r>
    </w:p>
    <w:p>
      <w:r>
        <w:rPr>
          <w:b/>
          <w:sz w:val="28"/>
        </w:rPr>
        <w:t>Day 4</w:t>
      </w:r>
    </w:p>
    <w:p>
      <w:pPr>
        <w:pStyle w:val="ListBullet"/>
      </w:pPr>
      <w:r>
        <w:t>Breakfast: Green Smoothie (Macula Blend)</w:t>
      </w:r>
    </w:p>
    <w:p>
      <w:pPr>
        <w:pStyle w:val="ListBullet"/>
      </w:pPr>
      <w:r>
        <w:t>Main Meal: Tuna + White Bean + Parsley Salad</w:t>
      </w:r>
    </w:p>
    <w:p>
      <w:pPr>
        <w:pStyle w:val="ListBullet"/>
      </w:pPr>
      <w:r>
        <w:t>Snack/Dessert: Carrot-Pepper Crunch Plate with Hummus</w:t>
      </w:r>
    </w:p>
    <w:p>
      <w:r>
        <w:rPr>
          <w:b/>
          <w:sz w:val="28"/>
        </w:rPr>
        <w:t>Day 5</w:t>
      </w:r>
    </w:p>
    <w:p>
      <w:pPr>
        <w:pStyle w:val="ListBullet"/>
      </w:pPr>
      <w:r>
        <w:t>Breakfast: Carrot-Ginger Oatmeal</w:t>
      </w:r>
    </w:p>
    <w:p>
      <w:pPr>
        <w:pStyle w:val="ListBullet"/>
      </w:pPr>
      <w:r>
        <w:t>Main Meal: Mackerel &amp; Tomato Olive Pasta (Whole-Grain)</w:t>
      </w:r>
    </w:p>
    <w:p>
      <w:pPr>
        <w:pStyle w:val="ListBullet"/>
      </w:pPr>
      <w:r>
        <w:t>Snack/Dessert: Dark Chocolate + Orange ‘Square &amp; Slice’</w:t>
      </w:r>
    </w:p>
    <w:p>
      <w:r>
        <w:rPr>
          <w:b/>
          <w:sz w:val="28"/>
        </w:rPr>
        <w:t>Day 6</w:t>
      </w:r>
    </w:p>
    <w:p>
      <w:pPr>
        <w:pStyle w:val="ListBullet"/>
      </w:pPr>
      <w:r>
        <w:t>Breakfast: Greek Yogurt + Pistachio + Mango Cup</w:t>
      </w:r>
    </w:p>
    <w:p>
      <w:pPr>
        <w:pStyle w:val="ListBullet"/>
      </w:pPr>
      <w:r>
        <w:t>Main Meal: Chickpea ‘Sunshine’ Curry (Turmeric + Spinach)</w:t>
      </w:r>
    </w:p>
    <w:p>
      <w:pPr>
        <w:pStyle w:val="ListBullet"/>
      </w:pPr>
      <w:r>
        <w:t>Snack/Dessert: Mango-Chia ‘Pudding’ Cup</w:t>
      </w:r>
    </w:p>
    <w:p>
      <w:r>
        <w:rPr>
          <w:b/>
          <w:sz w:val="28"/>
        </w:rPr>
        <w:t>Day 7</w:t>
      </w:r>
    </w:p>
    <w:p>
      <w:pPr>
        <w:pStyle w:val="ListBullet"/>
      </w:pPr>
      <w:r>
        <w:t>Breakfast: Golden Egg &amp; Greens Skillet</w:t>
      </w:r>
    </w:p>
    <w:p>
      <w:pPr>
        <w:pStyle w:val="ListBullet"/>
      </w:pPr>
      <w:r>
        <w:t>Main Meal: Sardine &amp; Lemon Herb Bowl</w:t>
      </w:r>
    </w:p>
    <w:p>
      <w:pPr>
        <w:pStyle w:val="ListBullet"/>
      </w:pPr>
      <w:r>
        <w:t>Snack/Dessert: Citrus-Kiwi Sparkler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 w:eastAsia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